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93E3C" w14:textId="59652AC2" w:rsidR="0066761C" w:rsidRDefault="00B23B10" w:rsidP="0066761C">
      <w:pPr>
        <w:pStyle w:val="Ttulo1"/>
        <w:spacing w:after="60"/>
        <w:jc w:val="center"/>
        <w:rPr>
          <w:rFonts w:ascii="Aptos" w:hAnsi="Aptos"/>
          <w:sz w:val="20"/>
          <w:szCs w:val="20"/>
          <w:lang w:val="es-ES"/>
        </w:rPr>
      </w:pPr>
      <w:r w:rsidRPr="001949BB">
        <w:rPr>
          <w:rFonts w:ascii="Aptos" w:hAnsi="Aptos"/>
          <w:bCs w:val="0"/>
          <w:sz w:val="20"/>
          <w:szCs w:val="20"/>
          <w:lang w:val="es-ES"/>
        </w:rPr>
        <w:t>Anexo II</w:t>
      </w:r>
      <w:r w:rsidR="001949BB" w:rsidRPr="001949BB">
        <w:rPr>
          <w:rFonts w:ascii="Aptos" w:hAnsi="Aptos"/>
          <w:bCs w:val="0"/>
          <w:sz w:val="20"/>
          <w:szCs w:val="20"/>
          <w:lang w:val="es-ES"/>
        </w:rPr>
        <w:t xml:space="preserve">.- </w:t>
      </w:r>
      <w:r w:rsidRPr="001949BB">
        <w:rPr>
          <w:rFonts w:ascii="Aptos" w:hAnsi="Aptos"/>
          <w:bCs w:val="0"/>
          <w:sz w:val="20"/>
          <w:szCs w:val="20"/>
          <w:lang w:val="es-ES"/>
        </w:rPr>
        <w:t>Matriz</w:t>
      </w:r>
      <w:r w:rsidRPr="001949BB">
        <w:rPr>
          <w:rFonts w:ascii="Aptos" w:hAnsi="Aptos"/>
          <w:sz w:val="20"/>
          <w:szCs w:val="20"/>
          <w:lang w:val="es-ES"/>
        </w:rPr>
        <w:t xml:space="preserve"> integrada de cobertura y trazabilidad de la respuesta a la RFI ESCA</w:t>
      </w:r>
    </w:p>
    <w:p w14:paraId="6B668D17" w14:textId="77777777" w:rsidR="0066761C" w:rsidRDefault="0066761C" w:rsidP="0066761C">
      <w:pPr>
        <w:rPr>
          <w:lang w:val="es-ES"/>
        </w:rPr>
      </w:pPr>
    </w:p>
    <w:p w14:paraId="3CC91E07" w14:textId="77777777" w:rsidR="0066761C" w:rsidRPr="0066761C" w:rsidRDefault="0066761C" w:rsidP="0066761C">
      <w:pPr>
        <w:keepNext/>
        <w:keepLines/>
        <w:spacing w:before="200" w:after="60"/>
        <w:outlineLvl w:val="2"/>
        <w:rPr>
          <w:rFonts w:ascii="Aptos" w:eastAsia="MS Gothic" w:hAnsi="Aptos" w:cs="Times New Roman"/>
          <w:b/>
          <w:bCs/>
          <w:color w:val="1F4E79"/>
          <w:sz w:val="24"/>
          <w:szCs w:val="24"/>
          <w:lang w:val="es-ES"/>
        </w:rPr>
      </w:pPr>
      <w:r w:rsidRPr="0066761C">
        <w:rPr>
          <w:rFonts w:ascii="Aptos" w:eastAsia="MS Gothic" w:hAnsi="Aptos" w:cs="Times New Roman"/>
          <w:b/>
          <w:bCs/>
          <w:color w:val="1F4E79"/>
          <w:szCs w:val="20"/>
          <w:lang w:val="es-ES"/>
        </w:rPr>
        <w:t>A. Tareas relativas únicamente al PFM</w:t>
      </w:r>
    </w:p>
    <w:tbl>
      <w:tblPr>
        <w:tblStyle w:val="Tablaconcuadrcula1"/>
        <w:tblW w:w="0" w:type="auto"/>
        <w:tblInd w:w="0" w:type="dxa"/>
        <w:tblLook w:val="04A0" w:firstRow="1" w:lastRow="0" w:firstColumn="1" w:lastColumn="0" w:noHBand="0" w:noVBand="1"/>
      </w:tblPr>
      <w:tblGrid>
        <w:gridCol w:w="731"/>
        <w:gridCol w:w="3707"/>
        <w:gridCol w:w="1559"/>
        <w:gridCol w:w="1373"/>
        <w:gridCol w:w="1166"/>
      </w:tblGrid>
      <w:tr w:rsidR="0066761C" w:rsidRPr="0066761C" w14:paraId="3583CFBD" w14:textId="77777777" w:rsidTr="0066761C">
        <w:trPr>
          <w:tblHeader/>
        </w:trPr>
        <w:tc>
          <w:tcPr>
            <w:tcW w:w="0" w:type="auto"/>
            <w:shd w:val="clear" w:color="auto" w:fill="1F4E79"/>
            <w:vAlign w:val="center"/>
            <w:hideMark/>
          </w:tcPr>
          <w:p w14:paraId="0A91C1F8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>Código</w:t>
            </w:r>
          </w:p>
        </w:tc>
        <w:tc>
          <w:tcPr>
            <w:tcW w:w="3707" w:type="dxa"/>
            <w:shd w:val="clear" w:color="auto" w:fill="1F4E79"/>
            <w:vAlign w:val="center"/>
            <w:hideMark/>
          </w:tcPr>
          <w:p w14:paraId="14CB0F4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 xml:space="preserve">Bloque de </w:t>
            </w:r>
            <w:proofErr w:type="spellStart"/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>actividad</w:t>
            </w:r>
            <w:proofErr w:type="spellEnd"/>
          </w:p>
        </w:tc>
        <w:tc>
          <w:tcPr>
            <w:tcW w:w="1559" w:type="dxa"/>
            <w:shd w:val="clear" w:color="auto" w:fill="1F4E79"/>
            <w:vAlign w:val="center"/>
            <w:hideMark/>
          </w:tcPr>
          <w:p w14:paraId="4D14E104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Cobertura en la respuesta (I/P/NA)</w:t>
            </w:r>
          </w:p>
        </w:tc>
        <w:tc>
          <w:tcPr>
            <w:tcW w:w="1373" w:type="dxa"/>
            <w:shd w:val="clear" w:color="auto" w:fill="1F4E79"/>
            <w:vAlign w:val="center"/>
            <w:hideMark/>
          </w:tcPr>
          <w:p w14:paraId="35093D55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Referencia técnica y económico-financiera en la respuesta</w:t>
            </w:r>
          </w:p>
        </w:tc>
        <w:tc>
          <w:tcPr>
            <w:tcW w:w="0" w:type="auto"/>
            <w:shd w:val="clear" w:color="auto" w:fill="1F4E79"/>
            <w:vAlign w:val="center"/>
            <w:hideMark/>
          </w:tcPr>
          <w:p w14:paraId="3E82A86A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Comentarios</w:t>
            </w:r>
          </w:p>
        </w:tc>
      </w:tr>
      <w:tr w:rsidR="0066761C" w:rsidRPr="006D0FA7" w14:paraId="77C89C69" w14:textId="77777777" w:rsidTr="0066761C">
        <w:tc>
          <w:tcPr>
            <w:tcW w:w="0" w:type="auto"/>
            <w:vAlign w:val="center"/>
            <w:hideMark/>
          </w:tcPr>
          <w:p w14:paraId="1CC54859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A.01</w:t>
            </w:r>
          </w:p>
        </w:tc>
        <w:tc>
          <w:tcPr>
            <w:tcW w:w="3707" w:type="dxa"/>
            <w:vAlign w:val="center"/>
            <w:hideMark/>
          </w:tcPr>
          <w:p w14:paraId="57754B22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Contratación del servicio de estaciones terrenas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49D03829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4074A7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6BFD12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47AFB9D1" w14:textId="77777777" w:rsidTr="0066761C">
        <w:tc>
          <w:tcPr>
            <w:tcW w:w="0" w:type="auto"/>
            <w:vAlign w:val="center"/>
            <w:hideMark/>
          </w:tcPr>
          <w:p w14:paraId="66256C04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A.02</w:t>
            </w:r>
          </w:p>
        </w:tc>
        <w:tc>
          <w:tcPr>
            <w:tcW w:w="3707" w:type="dxa"/>
            <w:vAlign w:val="center"/>
            <w:hideMark/>
          </w:tcPr>
          <w:p w14:paraId="44ADC9AB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Adquisición y despliegue del FOS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5A1E746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D64274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6643877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7D69A3A1" w14:textId="77777777" w:rsidTr="0066761C">
        <w:tc>
          <w:tcPr>
            <w:tcW w:w="0" w:type="auto"/>
            <w:vAlign w:val="center"/>
            <w:hideMark/>
          </w:tcPr>
          <w:p w14:paraId="3B785082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A.03</w:t>
            </w:r>
          </w:p>
        </w:tc>
        <w:tc>
          <w:tcPr>
            <w:tcW w:w="3707" w:type="dxa"/>
            <w:vAlign w:val="center"/>
            <w:hideMark/>
          </w:tcPr>
          <w:p w14:paraId="11B54CF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Adquisición y despliegue del PDGS y del Marketplace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355787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0FC436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58B39BB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D0FA7" w:rsidRPr="006D0FA7" w14:paraId="60279AFE" w14:textId="77777777" w:rsidTr="0066761C">
        <w:tc>
          <w:tcPr>
            <w:tcW w:w="0" w:type="auto"/>
            <w:vAlign w:val="center"/>
          </w:tcPr>
          <w:p w14:paraId="65B5BA98" w14:textId="400679E2" w:rsidR="006D0FA7" w:rsidRPr="006D0FA7" w:rsidRDefault="006D0FA7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  <w:lang w:val="es-ES"/>
              </w:rPr>
            </w:pPr>
            <w:r>
              <w:rPr>
                <w:rFonts w:ascii="Aptos" w:hAnsi="Aptos"/>
                <w:b/>
                <w:bCs/>
                <w:sz w:val="16"/>
                <w:szCs w:val="16"/>
                <w:lang w:val="es-ES"/>
              </w:rPr>
              <w:t>A.04</w:t>
            </w:r>
          </w:p>
        </w:tc>
        <w:tc>
          <w:tcPr>
            <w:tcW w:w="3707" w:type="dxa"/>
            <w:vAlign w:val="center"/>
          </w:tcPr>
          <w:p w14:paraId="07C454C7" w14:textId="3DD823FC" w:rsidR="006D0FA7" w:rsidRPr="0066761C" w:rsidRDefault="006D0FA7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D0FA7">
              <w:rPr>
                <w:rFonts w:ascii="Aptos" w:hAnsi="Aptos"/>
                <w:sz w:val="16"/>
                <w:szCs w:val="16"/>
                <w:lang w:val="es-ES"/>
              </w:rPr>
              <w:t>Verificación de los requisitos de seguridad del segmento terreno y de los procedimientos operacionales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11F51DED" w14:textId="77777777" w:rsidR="006D0FA7" w:rsidRPr="0066761C" w:rsidRDefault="006D0FA7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0389D974" w14:textId="77777777" w:rsidR="006D0FA7" w:rsidRPr="0066761C" w:rsidRDefault="006D0FA7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5A67EE23" w14:textId="77777777" w:rsidR="006D0FA7" w:rsidRPr="0066761C" w:rsidRDefault="006D0FA7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7B2B721F" w14:textId="77777777" w:rsidTr="0066761C">
        <w:tc>
          <w:tcPr>
            <w:tcW w:w="0" w:type="auto"/>
            <w:vAlign w:val="center"/>
            <w:hideMark/>
          </w:tcPr>
          <w:p w14:paraId="58B743C2" w14:textId="3DB32780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</w:t>
            </w:r>
            <w:r w:rsidR="006D0FA7">
              <w:rPr>
                <w:rFonts w:ascii="Aptos" w:hAnsi="Aptos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3707" w:type="dxa"/>
            <w:vAlign w:val="center"/>
            <w:hideMark/>
          </w:tcPr>
          <w:p w14:paraId="09AF5574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Familiarización con el modelo de vuelo y formación en operaciones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66DECC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62224E03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5917A54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200DED8C" w14:textId="77777777" w:rsidTr="0066761C">
        <w:tc>
          <w:tcPr>
            <w:tcW w:w="0" w:type="auto"/>
            <w:vAlign w:val="center"/>
            <w:hideMark/>
          </w:tcPr>
          <w:p w14:paraId="4CC6025A" w14:textId="02CC400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</w:t>
            </w:r>
            <w:r w:rsidR="006D0FA7">
              <w:rPr>
                <w:rFonts w:ascii="Aptos" w:hAnsi="Aptos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707" w:type="dxa"/>
            <w:vAlign w:val="center"/>
            <w:hideMark/>
          </w:tcPr>
          <w:p w14:paraId="63551088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del FOS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5168297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240AAD7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8AC964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1993FDE7" w14:textId="77777777" w:rsidTr="0066761C">
        <w:tc>
          <w:tcPr>
            <w:tcW w:w="0" w:type="auto"/>
            <w:vAlign w:val="center"/>
            <w:hideMark/>
          </w:tcPr>
          <w:p w14:paraId="515EDFD6" w14:textId="356A25AB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</w:t>
            </w:r>
            <w:r w:rsidR="006D0FA7">
              <w:rPr>
                <w:rFonts w:ascii="Aptos" w:hAnsi="Aptos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707" w:type="dxa"/>
            <w:vAlign w:val="center"/>
            <w:hideMark/>
          </w:tcPr>
          <w:p w14:paraId="3FBDF5A0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del PDGS y del Marketplace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584CFA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031EC29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E1BBFA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79062CB9" w14:textId="77777777" w:rsidTr="0066761C">
        <w:tc>
          <w:tcPr>
            <w:tcW w:w="0" w:type="auto"/>
            <w:vAlign w:val="center"/>
            <w:hideMark/>
          </w:tcPr>
          <w:p w14:paraId="5D80530B" w14:textId="13099C3D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</w:t>
            </w:r>
            <w:r w:rsidR="006D0FA7">
              <w:rPr>
                <w:rFonts w:ascii="Aptos" w:hAnsi="Aptos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3707" w:type="dxa"/>
            <w:vAlign w:val="center"/>
            <w:hideMark/>
          </w:tcPr>
          <w:p w14:paraId="1EFEBBD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E2E — Operación rutinaria extremo a extremo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D780D3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719F5A4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0957668F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33809D2A" w14:textId="77777777" w:rsidTr="0066761C">
        <w:tc>
          <w:tcPr>
            <w:tcW w:w="0" w:type="auto"/>
            <w:vAlign w:val="center"/>
            <w:hideMark/>
          </w:tcPr>
          <w:p w14:paraId="7CEEBEEC" w14:textId="1DF25EAF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</w:t>
            </w:r>
            <w:r w:rsidR="006D0FA7">
              <w:rPr>
                <w:rFonts w:ascii="Aptos" w:hAnsi="Aptos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707" w:type="dxa"/>
            <w:vAlign w:val="center"/>
            <w:hideMark/>
          </w:tcPr>
          <w:p w14:paraId="6E1F5E8A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Mantenimiento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447AC93F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5874C2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22806A7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  <w:tr w:rsidR="0066761C" w:rsidRPr="0066761C" w14:paraId="6FA7C21A" w14:textId="77777777" w:rsidTr="0066761C">
        <w:tc>
          <w:tcPr>
            <w:tcW w:w="0" w:type="auto"/>
            <w:vAlign w:val="center"/>
            <w:hideMark/>
          </w:tcPr>
          <w:p w14:paraId="681A107F" w14:textId="70DF216A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</w:t>
            </w:r>
            <w:r w:rsidR="006D0FA7">
              <w:rPr>
                <w:rFonts w:ascii="Aptos" w:hAnsi="Aptos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3707" w:type="dxa"/>
            <w:vAlign w:val="center"/>
            <w:hideMark/>
          </w:tcPr>
          <w:p w14:paraId="4AF7D9D6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Explotación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216CD0B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668EE9F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3B3B15C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  <w:tr w:rsidR="0066761C" w:rsidRPr="0066761C" w14:paraId="20951E41" w14:textId="77777777" w:rsidTr="0066761C">
        <w:tc>
          <w:tcPr>
            <w:tcW w:w="0" w:type="auto"/>
            <w:vAlign w:val="center"/>
            <w:hideMark/>
          </w:tcPr>
          <w:p w14:paraId="11CE5BAE" w14:textId="34AC7E4D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A.1</w:t>
            </w:r>
            <w:r w:rsidR="006D0FA7">
              <w:rPr>
                <w:rFonts w:ascii="Aptos" w:hAnsi="Aptos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707" w:type="dxa"/>
            <w:vAlign w:val="center"/>
            <w:hideMark/>
          </w:tcPr>
          <w:p w14:paraId="349FDBFB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Seguridad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73C707B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58102E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158392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  <w:tr w:rsidR="0066761C" w:rsidRPr="006D0FA7" w14:paraId="0270E178" w14:textId="77777777" w:rsidTr="0066761C">
        <w:tc>
          <w:tcPr>
            <w:tcW w:w="0" w:type="auto"/>
            <w:vAlign w:val="center"/>
            <w:hideMark/>
          </w:tcPr>
          <w:p w14:paraId="13B666FA" w14:textId="45E75C7D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A.1</w:t>
            </w:r>
            <w:r w:rsidR="006D0FA7">
              <w:rPr>
                <w:rFonts w:ascii="Aptos" w:hAnsi="Aptos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707" w:type="dxa"/>
            <w:vAlign w:val="center"/>
            <w:hideMark/>
          </w:tcPr>
          <w:p w14:paraId="5799439C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  <w:t>Fase de desmantelamiento y eliminación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DC399C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3EE5209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28CE03B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0FD93430" w14:textId="77777777" w:rsidTr="0066761C">
        <w:tc>
          <w:tcPr>
            <w:tcW w:w="0" w:type="auto"/>
            <w:vAlign w:val="center"/>
            <w:hideMark/>
          </w:tcPr>
          <w:p w14:paraId="3F865A3D" w14:textId="7A12F37F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A.1</w:t>
            </w:r>
            <w:r w:rsidR="006D0FA7">
              <w:rPr>
                <w:rFonts w:ascii="Aptos" w:hAnsi="Aptos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707" w:type="dxa"/>
            <w:vAlign w:val="center"/>
            <w:hideMark/>
          </w:tcPr>
          <w:p w14:paraId="20409EFF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Tareas</w:t>
            </w:r>
            <w:proofErr w:type="spellEnd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programáticas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6A20560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75914FF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62B68A0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</w:tbl>
    <w:p w14:paraId="1AB3D787" w14:textId="76D3AD49" w:rsidR="0066761C" w:rsidRPr="0066761C" w:rsidRDefault="0066761C" w:rsidP="0066761C">
      <w:pPr>
        <w:keepNext/>
        <w:keepLines/>
        <w:spacing w:before="200" w:after="60"/>
        <w:outlineLvl w:val="2"/>
        <w:rPr>
          <w:rFonts w:ascii="Aptos" w:eastAsia="MS Gothic" w:hAnsi="Aptos" w:cs="Times New Roman"/>
          <w:b/>
          <w:bCs/>
          <w:color w:val="1F4E79"/>
          <w:szCs w:val="20"/>
          <w:lang w:val="es-ES"/>
        </w:rPr>
      </w:pPr>
      <w:r w:rsidRPr="0066761C">
        <w:rPr>
          <w:rFonts w:ascii="Aptos" w:eastAsia="MS Gothic" w:hAnsi="Aptos" w:cs="Times New Roman"/>
          <w:b/>
          <w:bCs/>
          <w:color w:val="1F4E79"/>
          <w:szCs w:val="20"/>
          <w:lang w:val="es-ES"/>
        </w:rPr>
        <w:t>B. Tareas relativas a los siete satélites recurrentes</w:t>
      </w:r>
    </w:p>
    <w:tbl>
      <w:tblPr>
        <w:tblStyle w:val="Tablaconcuadrcula1"/>
        <w:tblW w:w="0" w:type="auto"/>
        <w:tblInd w:w="0" w:type="dxa"/>
        <w:tblLook w:val="04A0" w:firstRow="1" w:lastRow="0" w:firstColumn="1" w:lastColumn="0" w:noHBand="0" w:noVBand="1"/>
      </w:tblPr>
      <w:tblGrid>
        <w:gridCol w:w="731"/>
        <w:gridCol w:w="3707"/>
        <w:gridCol w:w="1559"/>
        <w:gridCol w:w="1373"/>
        <w:gridCol w:w="1166"/>
      </w:tblGrid>
      <w:tr w:rsidR="0066761C" w:rsidRPr="0066761C" w14:paraId="16DB6A87" w14:textId="77777777" w:rsidTr="0066761C">
        <w:trPr>
          <w:tblHeader/>
        </w:trPr>
        <w:tc>
          <w:tcPr>
            <w:tcW w:w="0" w:type="auto"/>
            <w:shd w:val="clear" w:color="auto" w:fill="1F4E79"/>
            <w:vAlign w:val="center"/>
            <w:hideMark/>
          </w:tcPr>
          <w:p w14:paraId="00601177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>Código</w:t>
            </w:r>
          </w:p>
        </w:tc>
        <w:tc>
          <w:tcPr>
            <w:tcW w:w="3707" w:type="dxa"/>
            <w:shd w:val="clear" w:color="auto" w:fill="1F4E79"/>
            <w:vAlign w:val="center"/>
            <w:hideMark/>
          </w:tcPr>
          <w:p w14:paraId="008AB749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 xml:space="preserve">Bloque de </w:t>
            </w:r>
            <w:proofErr w:type="spellStart"/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>actividad</w:t>
            </w:r>
            <w:proofErr w:type="spellEnd"/>
          </w:p>
        </w:tc>
        <w:tc>
          <w:tcPr>
            <w:tcW w:w="1559" w:type="dxa"/>
            <w:shd w:val="clear" w:color="auto" w:fill="1F4E79"/>
            <w:vAlign w:val="center"/>
            <w:hideMark/>
          </w:tcPr>
          <w:p w14:paraId="64A60FB6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Cobertura en la respuesta (I/P/NA)</w:t>
            </w:r>
          </w:p>
        </w:tc>
        <w:tc>
          <w:tcPr>
            <w:tcW w:w="1373" w:type="dxa"/>
            <w:shd w:val="clear" w:color="auto" w:fill="1F4E79"/>
            <w:vAlign w:val="center"/>
            <w:hideMark/>
          </w:tcPr>
          <w:p w14:paraId="51B59710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Referencia técnica y económico-financiera en la respuesta</w:t>
            </w:r>
          </w:p>
        </w:tc>
        <w:tc>
          <w:tcPr>
            <w:tcW w:w="0" w:type="auto"/>
            <w:shd w:val="clear" w:color="auto" w:fill="1F4E79"/>
            <w:vAlign w:val="center"/>
            <w:hideMark/>
          </w:tcPr>
          <w:p w14:paraId="3E712D16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Comentarios</w:t>
            </w:r>
          </w:p>
        </w:tc>
      </w:tr>
      <w:tr w:rsidR="0066761C" w:rsidRPr="006D0FA7" w14:paraId="1A99B199" w14:textId="77777777" w:rsidTr="0066761C">
        <w:tc>
          <w:tcPr>
            <w:tcW w:w="0" w:type="auto"/>
            <w:vAlign w:val="center"/>
            <w:hideMark/>
          </w:tcPr>
          <w:p w14:paraId="7A928618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B.01</w:t>
            </w:r>
          </w:p>
        </w:tc>
        <w:tc>
          <w:tcPr>
            <w:tcW w:w="3707" w:type="dxa"/>
            <w:hideMark/>
          </w:tcPr>
          <w:p w14:paraId="622F4ABE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Contratación del servicio de lanzamiento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4B5336F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270505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9C6CC5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696BB9E5" w14:textId="77777777" w:rsidTr="0066761C">
        <w:tc>
          <w:tcPr>
            <w:tcW w:w="0" w:type="auto"/>
            <w:vAlign w:val="center"/>
            <w:hideMark/>
          </w:tcPr>
          <w:p w14:paraId="153EF075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B.02</w:t>
            </w:r>
          </w:p>
        </w:tc>
        <w:tc>
          <w:tcPr>
            <w:tcW w:w="3707" w:type="dxa"/>
            <w:hideMark/>
          </w:tcPr>
          <w:p w14:paraId="2A9B82FC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</w:rPr>
              <w:t xml:space="preserve">Servicio de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estaciones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terrenas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2AFCC62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E4AA06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FF79DC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6A7DA9AA" w14:textId="77777777" w:rsidTr="0066761C">
        <w:tc>
          <w:tcPr>
            <w:tcW w:w="0" w:type="auto"/>
            <w:vAlign w:val="center"/>
            <w:hideMark/>
          </w:tcPr>
          <w:p w14:paraId="64C77CA7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B.03</w:t>
            </w:r>
          </w:p>
        </w:tc>
        <w:tc>
          <w:tcPr>
            <w:tcW w:w="3707" w:type="dxa"/>
            <w:hideMark/>
          </w:tcPr>
          <w:p w14:paraId="5405F32D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Adquisición y despliegue del FOS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34EDD6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0390093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7BE4C3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41407237" w14:textId="77777777" w:rsidTr="0066761C">
        <w:tc>
          <w:tcPr>
            <w:tcW w:w="0" w:type="auto"/>
            <w:vAlign w:val="center"/>
            <w:hideMark/>
          </w:tcPr>
          <w:p w14:paraId="71E2C050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B.04</w:t>
            </w:r>
          </w:p>
        </w:tc>
        <w:tc>
          <w:tcPr>
            <w:tcW w:w="3707" w:type="dxa"/>
            <w:hideMark/>
          </w:tcPr>
          <w:p w14:paraId="22F8A9EF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Adquisición y despliegue del PDGS y del Marketplace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389C0CD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5A4835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234FA38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A73CF3" w:rsidRPr="006D0FA7" w14:paraId="6BF87B73" w14:textId="77777777" w:rsidTr="0066761C">
        <w:tc>
          <w:tcPr>
            <w:tcW w:w="0" w:type="auto"/>
            <w:vAlign w:val="center"/>
          </w:tcPr>
          <w:p w14:paraId="5DEA93B4" w14:textId="4474A703" w:rsidR="00A73CF3" w:rsidRPr="0066761C" w:rsidRDefault="00A73CF3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>
              <w:rPr>
                <w:rFonts w:ascii="Aptos" w:hAnsi="Aptos"/>
                <w:b/>
                <w:bCs/>
                <w:sz w:val="16"/>
                <w:szCs w:val="16"/>
              </w:rPr>
              <w:t>B.05</w:t>
            </w:r>
          </w:p>
        </w:tc>
        <w:tc>
          <w:tcPr>
            <w:tcW w:w="3707" w:type="dxa"/>
          </w:tcPr>
          <w:p w14:paraId="0B3159DA" w14:textId="2DB6C74B" w:rsidR="00A73CF3" w:rsidRPr="00A73CF3" w:rsidRDefault="00A73CF3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A73CF3">
              <w:rPr>
                <w:rFonts w:ascii="Aptos" w:hAnsi="Aptos"/>
                <w:sz w:val="16"/>
                <w:szCs w:val="16"/>
                <w:lang w:val="es-ES"/>
              </w:rPr>
              <w:t>Verificación de los requisitos de seguridad del segmento terreno y de los procedimientos operacionales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F50C487" w14:textId="77777777" w:rsidR="00A73CF3" w:rsidRPr="0066761C" w:rsidRDefault="00A73CF3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890620F" w14:textId="77777777" w:rsidR="00A73CF3" w:rsidRPr="0066761C" w:rsidRDefault="00A73CF3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60EAC65" w14:textId="77777777" w:rsidR="00A73CF3" w:rsidRPr="0066761C" w:rsidRDefault="00A73CF3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5D12FA82" w14:textId="77777777" w:rsidTr="0066761C">
        <w:tc>
          <w:tcPr>
            <w:tcW w:w="0" w:type="auto"/>
            <w:vAlign w:val="center"/>
            <w:hideMark/>
          </w:tcPr>
          <w:p w14:paraId="606A8677" w14:textId="54939892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707" w:type="dxa"/>
            <w:hideMark/>
          </w:tcPr>
          <w:p w14:paraId="71B55EF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Actividades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previas al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envío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560829F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123F415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FBAD1E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346F242C" w14:textId="77777777" w:rsidTr="0066761C">
        <w:tc>
          <w:tcPr>
            <w:tcW w:w="0" w:type="auto"/>
            <w:vAlign w:val="center"/>
            <w:hideMark/>
          </w:tcPr>
          <w:p w14:paraId="3C212F88" w14:textId="6404249C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707" w:type="dxa"/>
            <w:hideMark/>
          </w:tcPr>
          <w:p w14:paraId="60295A3B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del FOS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D7783D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D0AADD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7DBC1B4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49C01391" w14:textId="77777777" w:rsidTr="0066761C">
        <w:tc>
          <w:tcPr>
            <w:tcW w:w="0" w:type="auto"/>
            <w:vAlign w:val="center"/>
            <w:hideMark/>
          </w:tcPr>
          <w:p w14:paraId="26CB7A70" w14:textId="4B4F170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3707" w:type="dxa"/>
            <w:hideMark/>
          </w:tcPr>
          <w:p w14:paraId="6724D4FB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del PDGS y del Marketplace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B0B872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44D11E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2BB494E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66E4C583" w14:textId="77777777" w:rsidTr="0066761C">
        <w:tc>
          <w:tcPr>
            <w:tcW w:w="0" w:type="auto"/>
            <w:vAlign w:val="center"/>
            <w:hideMark/>
          </w:tcPr>
          <w:p w14:paraId="68BB725F" w14:textId="2C7748C0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707" w:type="dxa"/>
            <w:hideMark/>
          </w:tcPr>
          <w:p w14:paraId="7A1F9866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Actividades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de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envío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292684DB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5C38C8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79F27E5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  <w:tr w:rsidR="0066761C" w:rsidRPr="006D0FA7" w14:paraId="5C408B51" w14:textId="77777777" w:rsidTr="0066761C">
        <w:tc>
          <w:tcPr>
            <w:tcW w:w="0" w:type="auto"/>
            <w:vAlign w:val="center"/>
            <w:hideMark/>
          </w:tcPr>
          <w:p w14:paraId="717A1591" w14:textId="3F17292E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3707" w:type="dxa"/>
            <w:hideMark/>
          </w:tcPr>
          <w:p w14:paraId="739A59DA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Actividades en el emplazamiento de lanzamiento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375FBE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604DA28F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D62396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0340E3B0" w14:textId="77777777" w:rsidTr="0066761C">
        <w:tc>
          <w:tcPr>
            <w:tcW w:w="0" w:type="auto"/>
            <w:vAlign w:val="center"/>
            <w:hideMark/>
          </w:tcPr>
          <w:p w14:paraId="332D8209" w14:textId="19A861E1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707" w:type="dxa"/>
            <w:hideMark/>
          </w:tcPr>
          <w:p w14:paraId="73E2646A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Campaña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de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lanzamiento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4F332BD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7925E8B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E5CA55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76D6C4C2" w14:textId="77777777" w:rsidTr="0066761C">
        <w:tc>
          <w:tcPr>
            <w:tcW w:w="0" w:type="auto"/>
            <w:vAlign w:val="center"/>
            <w:hideMark/>
          </w:tcPr>
          <w:p w14:paraId="6B6B96ED" w14:textId="348801ED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707" w:type="dxa"/>
            <w:hideMark/>
          </w:tcPr>
          <w:p w14:paraId="1989E096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Fase de lanzamiento y operaciones tempranas en órbita (LEOP)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5979A6D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2B0289D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B6E704C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5E19EBF9" w14:textId="77777777" w:rsidTr="0066761C">
        <w:tc>
          <w:tcPr>
            <w:tcW w:w="0" w:type="auto"/>
            <w:vAlign w:val="center"/>
            <w:hideMark/>
          </w:tcPr>
          <w:p w14:paraId="28474CAD" w14:textId="0FC5DE7C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707" w:type="dxa"/>
            <w:hideMark/>
          </w:tcPr>
          <w:p w14:paraId="5255489C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 la constelación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CCF789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2E53071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244A27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4D0BB6C2" w14:textId="77777777" w:rsidTr="0066761C">
        <w:tc>
          <w:tcPr>
            <w:tcW w:w="0" w:type="auto"/>
            <w:hideMark/>
          </w:tcPr>
          <w:p w14:paraId="237E9E81" w14:textId="33699C9C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707" w:type="dxa"/>
            <w:hideMark/>
          </w:tcPr>
          <w:p w14:paraId="4B9375AE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E2E — Operación rutinaria extremo a extremo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316849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1E9F37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72E0F3F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4F37E10B" w14:textId="77777777" w:rsidTr="0066761C">
        <w:tc>
          <w:tcPr>
            <w:tcW w:w="0" w:type="auto"/>
            <w:hideMark/>
          </w:tcPr>
          <w:p w14:paraId="556F0645" w14:textId="1327F3D1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3707" w:type="dxa"/>
            <w:hideMark/>
          </w:tcPr>
          <w:p w14:paraId="1F505E15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Mantenimiento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69361D6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C11CC3B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1D4E3E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6F8206D0" w14:textId="77777777" w:rsidTr="0066761C">
        <w:tc>
          <w:tcPr>
            <w:tcW w:w="0" w:type="auto"/>
            <w:hideMark/>
          </w:tcPr>
          <w:p w14:paraId="2DC151D1" w14:textId="579468FD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707" w:type="dxa"/>
            <w:hideMark/>
          </w:tcPr>
          <w:p w14:paraId="6C6C8B33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Explotación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1B252049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7A5454A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03F829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28E0A5A7" w14:textId="77777777" w:rsidTr="0066761C">
        <w:tc>
          <w:tcPr>
            <w:tcW w:w="0" w:type="auto"/>
            <w:hideMark/>
          </w:tcPr>
          <w:p w14:paraId="6A4C5498" w14:textId="71221EB2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707" w:type="dxa"/>
            <w:hideMark/>
          </w:tcPr>
          <w:p w14:paraId="0D562EF4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Seguridad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3E53F10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553523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588607A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0A879FCE" w14:textId="77777777" w:rsidTr="0066761C">
        <w:tc>
          <w:tcPr>
            <w:tcW w:w="0" w:type="auto"/>
            <w:hideMark/>
          </w:tcPr>
          <w:p w14:paraId="4D3FC78B" w14:textId="271A0643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3707" w:type="dxa"/>
            <w:hideMark/>
          </w:tcPr>
          <w:p w14:paraId="22D6EB1A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Fase de desmantelamiento y eliminación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A06027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39A382C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0E69C3C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7EFCF5B9" w14:textId="77777777" w:rsidTr="0066761C">
        <w:tc>
          <w:tcPr>
            <w:tcW w:w="0" w:type="auto"/>
            <w:hideMark/>
          </w:tcPr>
          <w:p w14:paraId="100A4967" w14:textId="38398D00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707" w:type="dxa"/>
            <w:hideMark/>
          </w:tcPr>
          <w:p w14:paraId="75AEA44B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Tareas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programáticas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47E1D41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D919613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537211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D0FA7" w14:paraId="24B5A211" w14:textId="77777777" w:rsidTr="0066761C">
        <w:tc>
          <w:tcPr>
            <w:tcW w:w="0" w:type="auto"/>
            <w:hideMark/>
          </w:tcPr>
          <w:p w14:paraId="496BA4E8" w14:textId="08FD66DF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</w:t>
            </w:r>
            <w:r w:rsidR="00A73CF3">
              <w:rPr>
                <w:rFonts w:ascii="Aptos" w:hAnsi="Aptos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3707" w:type="dxa"/>
            <w:hideMark/>
          </w:tcPr>
          <w:p w14:paraId="41A224EF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Actividades de cierre y transferencia de responsabilidad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46FB7B3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CE6FD7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54964A8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</w:tbl>
    <w:p w14:paraId="1E071A4D" w14:textId="77777777" w:rsidR="0066761C" w:rsidRPr="0066761C" w:rsidRDefault="0066761C" w:rsidP="0066761C">
      <w:pPr>
        <w:rPr>
          <w:lang w:val="es-ES"/>
        </w:rPr>
      </w:pPr>
    </w:p>
    <w:sectPr w:rsidR="0066761C" w:rsidRPr="0066761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roman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connme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connme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onviet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onviet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90760974">
    <w:abstractNumId w:val="8"/>
  </w:num>
  <w:num w:numId="2" w16cid:durableId="224220117">
    <w:abstractNumId w:val="6"/>
  </w:num>
  <w:num w:numId="3" w16cid:durableId="441078153">
    <w:abstractNumId w:val="5"/>
  </w:num>
  <w:num w:numId="4" w16cid:durableId="2032880540">
    <w:abstractNumId w:val="4"/>
  </w:num>
  <w:num w:numId="5" w16cid:durableId="1906143692">
    <w:abstractNumId w:val="7"/>
  </w:num>
  <w:num w:numId="6" w16cid:durableId="1879658061">
    <w:abstractNumId w:val="3"/>
  </w:num>
  <w:num w:numId="7" w16cid:durableId="1048870756">
    <w:abstractNumId w:val="2"/>
  </w:num>
  <w:num w:numId="8" w16cid:durableId="1484276437">
    <w:abstractNumId w:val="1"/>
  </w:num>
  <w:num w:numId="9" w16cid:durableId="15175715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949BB"/>
    <w:rsid w:val="001C6682"/>
    <w:rsid w:val="001D3863"/>
    <w:rsid w:val="002930AC"/>
    <w:rsid w:val="0029639D"/>
    <w:rsid w:val="0031441A"/>
    <w:rsid w:val="00326F90"/>
    <w:rsid w:val="00386784"/>
    <w:rsid w:val="003B3F8B"/>
    <w:rsid w:val="003C2FCC"/>
    <w:rsid w:val="003D7B10"/>
    <w:rsid w:val="004144FA"/>
    <w:rsid w:val="00530473"/>
    <w:rsid w:val="005A1581"/>
    <w:rsid w:val="005B693D"/>
    <w:rsid w:val="005C1376"/>
    <w:rsid w:val="0066761C"/>
    <w:rsid w:val="00694388"/>
    <w:rsid w:val="006D0FA7"/>
    <w:rsid w:val="007A40D3"/>
    <w:rsid w:val="00901701"/>
    <w:rsid w:val="00914E41"/>
    <w:rsid w:val="009C5076"/>
    <w:rsid w:val="00A070BE"/>
    <w:rsid w:val="00A73CF3"/>
    <w:rsid w:val="00AA1D8D"/>
    <w:rsid w:val="00AB3098"/>
    <w:rsid w:val="00AC23F5"/>
    <w:rsid w:val="00B01CBC"/>
    <w:rsid w:val="00B23B10"/>
    <w:rsid w:val="00B47730"/>
    <w:rsid w:val="00B66D8E"/>
    <w:rsid w:val="00C06200"/>
    <w:rsid w:val="00C86904"/>
    <w:rsid w:val="00CB0664"/>
    <w:rsid w:val="00CC2249"/>
    <w:rsid w:val="00D64052"/>
    <w:rsid w:val="00E35C12"/>
    <w:rsid w:val="00E775D7"/>
    <w:rsid w:val="00E85BE4"/>
    <w:rsid w:val="00F24988"/>
    <w:rsid w:val="00F517AF"/>
    <w:rsid w:val="00F7788C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62061"/>
  <w14:defaultImageDpi w14:val="300"/>
  <w15:docId w15:val="{FFBCC717-1C55-4A83-A815-10466102F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Arial" w:hAnsi="Arial"/>
      <w:sz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18BF"/>
  </w:style>
  <w:style w:type="paragraph" w:styleId="Piedepgina">
    <w:name w:val="footer"/>
    <w:basedOn w:val="Normal"/>
    <w:link w:val="Piedepgina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18BF"/>
  </w:style>
  <w:style w:type="paragraph" w:styleId="Sinespaciad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AA1D8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A1D8D"/>
  </w:style>
  <w:style w:type="paragraph" w:styleId="Textoindependiente2">
    <w:name w:val="Body Text 2"/>
    <w:basedOn w:val="Normal"/>
    <w:link w:val="Textoindependiente2Car"/>
    <w:uiPriority w:val="99"/>
    <w:unhideWhenUsed/>
    <w:rsid w:val="00AA1D8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AA1D8D"/>
  </w:style>
  <w:style w:type="paragraph" w:styleId="Textoindependiente3">
    <w:name w:val="Body Text 3"/>
    <w:basedOn w:val="Normal"/>
    <w:link w:val="Textoindependien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aconvieta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aconnme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Continuarlista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Continuarlista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Continuarlista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macro">
    <w:name w:val="macro"/>
    <w:link w:val="Texto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macroCar">
    <w:name w:val="Texto macro Car"/>
    <w:basedOn w:val="Fuentedeprrafopredeter"/>
    <w:link w:val="Textomacro"/>
    <w:uiPriority w:val="99"/>
    <w:rsid w:val="0029639D"/>
    <w:rPr>
      <w:rFonts w:ascii="Courier" w:hAnsi="Courier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FC693F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FC693F"/>
    <w:rPr>
      <w:i/>
      <w:i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uerte">
    <w:name w:val="Strong"/>
    <w:basedOn w:val="Fuentedeprrafopredeter"/>
    <w:uiPriority w:val="22"/>
    <w:qFormat/>
    <w:rsid w:val="00FC693F"/>
    <w:rPr>
      <w:b/>
      <w:bCs/>
    </w:rPr>
  </w:style>
  <w:style w:type="character" w:styleId="nfasis">
    <w:name w:val="Emphasis"/>
    <w:basedOn w:val="Fuentedeprrafopredeter"/>
    <w:uiPriority w:val="20"/>
    <w:qFormat/>
    <w:rsid w:val="00FC69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693F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FC693F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FC693F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FC693F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FC693F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laconcuadrcula">
    <w:name w:val="Table Grid"/>
    <w:basedOn w:val="Tab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2">
    <w:name w:val="Light Shading Accent 2"/>
    <w:basedOn w:val="Tab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claro-nfasis3">
    <w:name w:val="Light Shading Accent 3"/>
    <w:basedOn w:val="Tab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doclaro-nfasis4">
    <w:name w:val="Light Shading Accent 4"/>
    <w:basedOn w:val="Tab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claro-nfasis5">
    <w:name w:val="Light Shading Accent 5"/>
    <w:basedOn w:val="Tab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6">
    <w:name w:val="Light Shading Accent 6"/>
    <w:basedOn w:val="Tab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is1">
    <w:name w:val="Light List Accent 1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2">
    <w:name w:val="Light List Accent 2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is3">
    <w:name w:val="Light List Accent 3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is4">
    <w:name w:val="Light List Accent 4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is5">
    <w:name w:val="Light List Accent 5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is6">
    <w:name w:val="Light List Accent 6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">
    <w:name w:val="Light Grid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Cuadrculaclara-nfasis1">
    <w:name w:val="Light Grid Accent 1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Cuadrculaclara-nfasis2">
    <w:name w:val="Light Grid Accent 2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Cuadrculaclara-nfasis3">
    <w:name w:val="Light Grid Accent 3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Cuadrculaclara-nfasis4">
    <w:name w:val="Light Grid Accent 4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Cuadrculaclara-nfasis6">
    <w:name w:val="Light Grid Accent 6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medio1">
    <w:name w:val="Medium Shading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3">
    <w:name w:val="Medium Shading 1 Accent 3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4">
    <w:name w:val="Medium Shading 1 Accent 4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5">
    <w:name w:val="Medium Shading 1 Accent 5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6">
    <w:name w:val="Medium Shading 1 Accent 6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">
    <w:name w:val="Medium Shading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1">
    <w:name w:val="Medium Shading 2 Accent 1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3">
    <w:name w:val="Medium Shading 2 Accent 3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4">
    <w:name w:val="Medium Shading 2 Accent 4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5">
    <w:name w:val="Medium Shading 2 Accent 5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6">
    <w:name w:val="Medium Shading 2 Accent 6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1">
    <w:name w:val="Medium Lis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edia1-nfasis1">
    <w:name w:val="Medium List 1 Accen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edia1-nfasis2">
    <w:name w:val="Medium List 1 Accent 2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edia1-nfasis3">
    <w:name w:val="Medium List 1 Accent 3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edia1-nfasis4">
    <w:name w:val="Medium List 1 Accent 4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edia1-nfasis5">
    <w:name w:val="Medium List 1 Accent 5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edia1-nfasis6">
    <w:name w:val="Medium List 1 Accent 6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edia2">
    <w:name w:val="Medium Lis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1">
    <w:name w:val="Medium List 2 Accent 1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3">
    <w:name w:val="Medium List 2 Accent 3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4">
    <w:name w:val="Medium List 2 Accent 4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5">
    <w:name w:val="Medium List 2 Accent 5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6">
    <w:name w:val="Medium List 2 Accent 6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">
    <w:name w:val="Medium Grid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media1-nfasis1">
    <w:name w:val="Medium Grid 1 Accent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media1-nfasis2">
    <w:name w:val="Medium Grid 1 Accent 2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media1-nfasis3">
    <w:name w:val="Medium Grid 1 Accent 3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media1-nfasis4">
    <w:name w:val="Medium Grid 1 Accent 4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media1-nfasis5">
    <w:name w:val="Medium Grid 1 Accent 5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media1-nfasis6">
    <w:name w:val="Medium Grid 1 Accent 6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media2">
    <w:name w:val="Medium Grid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1">
    <w:name w:val="Medium Grid 2 Accent 1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2">
    <w:name w:val="Medium Grid 2 Accent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3">
    <w:name w:val="Medium Grid 2 Accent 3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4">
    <w:name w:val="Medium Grid 2 Accent 4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5">
    <w:name w:val="Medium Grid 2 Accent 5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6">
    <w:name w:val="Medium Grid 2 Accent 6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">
    <w:name w:val="Medium Grid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3-nfasis1">
    <w:name w:val="Medium Grid 3 Accent 1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Cuadrculamedia3-nfasis2">
    <w:name w:val="Medium Grid 3 Accent 2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uadrculamedia3-nfasis3">
    <w:name w:val="Medium Grid 3 Accent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Cuadrculamedia3-nfasis4">
    <w:name w:val="Medium Grid 3 Accent 4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Cuadrculamedia3-nfasis5">
    <w:name w:val="Medium Grid 3 Accent 5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Cuadrculamedia3-nfasis6">
    <w:name w:val="Medium Grid 3 Accent 6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oscura">
    <w:name w:val="Dark List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oscura-nfasis1">
    <w:name w:val="Dark List Accent 1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oscura-nfasis2">
    <w:name w:val="Dark List Accent 2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oscura-nfasis3">
    <w:name w:val="Dark List Accent 3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oscura-nfasis4">
    <w:name w:val="Dark List Accent 4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oscura-nfasis5">
    <w:name w:val="Dark List Accent 5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oscura-nfasis6">
    <w:name w:val="Dark List Accent 6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dovistoso">
    <w:name w:val="Colorful Shading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1">
    <w:name w:val="Colorful Shading Accent 1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2">
    <w:name w:val="Colorful Shading Accent 2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3">
    <w:name w:val="Colorful Shading Accent 3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dovistoso-nfasis4">
    <w:name w:val="Colorful Shading Accent 4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5">
    <w:name w:val="Colorful Shading Accent 5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6">
    <w:name w:val="Colorful Shading Accent 6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vistosa">
    <w:name w:val="Colorful List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vistosa-nfasis1">
    <w:name w:val="Colorful List Accent 1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vistosa-nfasis2">
    <w:name w:val="Colorful List Accent 2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vistosa-nfasis3">
    <w:name w:val="Colorful List Accent 3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vistosa-nfasis4">
    <w:name w:val="Colorful List Accent 4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vistosa-nfasis5">
    <w:name w:val="Colorful List Accent 5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vistosa-nfasis6">
    <w:name w:val="Colorful List Accent 6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uadrculavistosa">
    <w:name w:val="Colorful Grid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vistosa-nfasis1">
    <w:name w:val="Colorful Grid Accent 1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vistosa-nfasis2">
    <w:name w:val="Colorful Grid Accent 2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vistosa-nfasis3">
    <w:name w:val="Colorful Grid Accent 3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vistosa-nfasis4">
    <w:name w:val="Colorful Grid Accent 4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vistosa-nfasis5">
    <w:name w:val="Colorful Grid Accent 5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vistosa-nfasis6">
    <w:name w:val="Colorful Grid Accent 6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customStyle="1" w:styleId="Tablaconcuadrcula1">
    <w:name w:val="Tabla con cuadrícula1"/>
    <w:basedOn w:val="Tablanormal"/>
    <w:next w:val="Tablaconcuadrcula"/>
    <w:uiPriority w:val="59"/>
    <w:rsid w:val="0066761C"/>
    <w:pPr>
      <w:spacing w:after="0" w:line="240" w:lineRule="auto"/>
    </w:pPr>
    <w:rPr>
      <w:rFonts w:ascii="Cambria" w:eastAsia="MS Mincho" w:hAnsi="Cambria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2901ee1-336d-4e4e-9118-6584d23d9f14">
      <Terms xmlns="http://schemas.microsoft.com/office/infopath/2007/PartnerControls"/>
    </lcf76f155ced4ddcb4097134ff3c332f>
    <TaxCatchAll xmlns="23d44d35-50d3-4a00-b56a-ad5f3b0e9a0d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D059D393C4DFB42A258BDF68E36A0AD" ma:contentTypeVersion="13" ma:contentTypeDescription="Crear nuevo documento." ma:contentTypeScope="" ma:versionID="ee1c01d7651340142c6bcbaa78a71691">
  <xsd:schema xmlns:xsd="http://www.w3.org/2001/XMLSchema" xmlns:xs="http://www.w3.org/2001/XMLSchema" xmlns:p="http://schemas.microsoft.com/office/2006/metadata/properties" xmlns:ns2="82901ee1-336d-4e4e-9118-6584d23d9f14" xmlns:ns3="23d44d35-50d3-4a00-b56a-ad5f3b0e9a0d" targetNamespace="http://schemas.microsoft.com/office/2006/metadata/properties" ma:root="true" ma:fieldsID="8c463f04868813f533b3f2507b94be33" ns2:_="" ns3:_="">
    <xsd:import namespace="82901ee1-336d-4e4e-9118-6584d23d9f14"/>
    <xsd:import namespace="23d44d35-50d3-4a00-b56a-ad5f3b0e9a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901ee1-336d-4e4e-9118-6584d23d9f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Etiquetas de imagen" ma:readOnly="false" ma:fieldId="{5cf76f15-5ced-4ddc-b409-7134ff3c332f}" ma:taxonomyMulti="true" ma:sspId="b23a7d55-6c01-4d3f-a139-6738e0be40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d44d35-50d3-4a00-b56a-ad5f3b0e9a0d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cf396cfe-6452-4801-bf90-ef84134aea8c}" ma:internalName="TaxCatchAll" ma:showField="CatchAllData" ma:web="23d44d35-50d3-4a00-b56a-ad5f3b0e9a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BBF9C9-E487-4EA9-94FD-770CBDD527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D3622ED-A9C4-4338-88F7-71BF8E37DFAA}">
  <ds:schemaRefs>
    <ds:schemaRef ds:uri="http://schemas.microsoft.com/office/2006/metadata/properties"/>
    <ds:schemaRef ds:uri="http://schemas.microsoft.com/office/infopath/2007/PartnerControls"/>
    <ds:schemaRef ds:uri="82901ee1-336d-4e4e-9118-6584d23d9f14"/>
    <ds:schemaRef ds:uri="23d44d35-50d3-4a00-b56a-ad5f3b0e9a0d"/>
  </ds:schemaRefs>
</ds:datastoreItem>
</file>

<file path=customXml/itemProps3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6751B7A-EA2E-41E7-8C9B-805F83ED3E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901ee1-336d-4e4e-9118-6584d23d9f14"/>
    <ds:schemaRef ds:uri="23d44d35-50d3-4a00-b56a-ad5f3b0e9a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309</Words>
  <Characters>1700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2005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Pérez Formigó, Marcos</cp:lastModifiedBy>
  <cp:revision>28</cp:revision>
  <dcterms:created xsi:type="dcterms:W3CDTF">2013-12-23T23:15:00Z</dcterms:created>
  <dcterms:modified xsi:type="dcterms:W3CDTF">2026-06-10T18:19:00Z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0x0101008D059D393C4DFB42A258BDF68E36A0AD</vt:lpwstr>
  </property>
</Properties>
</file>